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– מבט מנקודת תצפית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מספר בגוף ראשון מבוגר ומהי נקודת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ופרטי מקום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מנקודת מבט של דמות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מבוגר שמסתכל אחורה על 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רגשות הנער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פרטי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 בגוף ראשון מבוגר ונקודת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רגע קטן חושף עולם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8-10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העבודה נעשית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מבקשים דווקא להרחיב לתשובת השוואה מלאה בנוסח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הכתיבה נעשית מנקודת התצפית של הנערה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בשלב המונחים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(שאלה פותחת על רגע אחד שמשנה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(סימון רגשות ופרטי מקום בצבעים)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(עבודה בזוגות על מידע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(הבנת מספר מבוגר ונקודת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(כתיבה מנקודת מבט הנערה)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(כרטיס יציאה ומונח ספרותי)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השאלה על 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וסימון בצבעים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שאלות במדרג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על מספר מבוגר ונקודת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אישית מנקודת מבט הנערה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יציאה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בגוף ראשון, תיאור רגשות ופרטי מקום, ועקביות עם נקודת המבט של הנערה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מבוגר מוסיף פרספקטיבה, הבנה או רגש שלא היו לו כילד, ולעיתים שופט את עצמו מנקודת מבט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בין פרט קטן למשמעות רגשית או סמלית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מספר מבוגר או נקודת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שהמספר המבוגר מוסיף פרספקטיבה של זמן ורגש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נוסף לדוגמה משותפת של משפט שמוכיח מספר מבוגר לפני העבודה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להקריא את הקטע הנבחר בקול ולעבוד עם פחות אפשרויות בכל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למתקדמים אפשר להרחיב את חלק הכתיבה לכדי תשובת השוואה מלאה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– מבט מנקודת תצפית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על הסיפור הקצר 'פת לחם' ועל הדרך שבה רגע אחד קטן חושף עולם שלם של דמות. נתרגל את המונחים מספר מבוגר ונקודת תצפית.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המספר ב'פת לחם' הוא לפי המערך?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שמספר בזמן ההווה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שמסתכל אחורה על ילדותו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כל יודע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שלא משתתפת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התלמידים מסמנים בקריאה המודרכת בצבע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 הנער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מסמנים בצבע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רגשות הנער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פרטי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אילו שני מונחים לומדים בשלב 'מונחים'?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בגוף ראשון מבוגר ונקודת תצפית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ועלילה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 ונמשל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השאלה הגדולה של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רגע קטן חושף עולם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בונים עלילה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ההבדל בין פרוזה לשירה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שורות צריך לכתוב בשלב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2-3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8-10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על השאלות במדרג נעשית ביחידים, בלי 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שאלה על חשיבות פרוסת הלחם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מקצרים את הקריאה לקטע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מתקדמים מבקשים לקצר את התשובה הפרשנית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האישית נעשית מנקודת התצפית של הנער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זוג צריך למצוא משפט שמוכיח שהמספר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הפתיחה המורה כותב/ת על הלוח את המילים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שמסתכל אחורה על אירוע מילדותו נקרא מספר בגוף ראשון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היציאה שואל מה הפך את פרוסת ה__________ לרגע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הקריאה המודרכת קוראים את הסיפור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עולים מכינים מראש מילון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השאלה הפרשנית בשלב השאלות במדרג עוסקת במשמעות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מנקודת מבט הנערה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מודרכת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הבנת מספר מבוגר ונקודת 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שאלות במדרג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סימון רגשות ופרטי מקום בצבעים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יציאה ומונח ספרותי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עבודה בזוגות על מידע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שאלה פותחת על רגע אחד שמשנה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מודרכת וסימון בצבעים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מנקודת מבט הנערה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השאלה על רגע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מספר מבוגר ונקודת תצפית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שאלות במדרג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8-10 שורות המתארות סצנה במגרש מנקודת התצפית של הנערה, כפי שנדרש בשיעור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מספר צעיר למספר מבוגר שמספר על עברו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הפך את פרוסת הלחם לרגע חשוב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מונח ספרותי אחד שלמדתם היום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רגיל למספר בגוף ראשון מבוגר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הקצר – מבט מנקודת תצפית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