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הקצר – מבט מנקודת תצפית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מספר בגוף ראשון מבוגר ומהי נקודת תצפית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רגשות ופרטי מקום בסיפור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מנקודת מבט של דמות אחרת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מבוגר שמסתכל אחורה על ילדותו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רגשות הנער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פרטי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מספר בגוף ראשון מבוגר ונקודת תצפית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איך רגע קטן חושף עולם של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8-10 שורות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העבודה נעשית בזוגות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בשלב הסיכום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מבקשים דווקא להרחיב לתשובת השוואה מלאה בנוסח בגרות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הכתיבה נעשית מנקודת התצפית של הנערה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מתואר בשלב המונחים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רגע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פת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כותרת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שלב למטרתו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(שאלה פותחת על רגע אחד שמשנה 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(סימון רגשות ופרטי מקום בצבעים)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(עבודה בזוגות על מידע ופרשנות)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(הבנת מספר מבוגר ונקודת תצפית)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(כתיבה מנקודת מבט הנערה)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(כרטיס יציאה ומונח ספרותי)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הנכון בשיעור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עם השאלה על רגע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קריאה מודרכת וסימון בצבעים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עבודה בזוגות על שאלות במדרג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הסבר על מספר מבוגר ונקודת תצפית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כתיבה אישית מנקודת מבט הנערה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כרטיס יציאה וסיכום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בגוף ראשון, תיאור רגשות ופרטי מקום, ועקביות עם נקודת המבט של הנערה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מספר מבוגר מוסיף פרספקטיבה, הבנה או רגש שלא היו לו כילד, ולעיתים שופט את עצמו מנקודת מבט בוגרת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שמקשרת בין פרט קטן למשמעות רגשית או סמלית גדולה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של מספר מבוגר או נקודת תצפית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שהמספר המבוגר מוסיף פרספקטיבה של זמן ורגש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להקדיש זמן נוסף לדוגמה משותפת של משפט שמוכיח מספר מבוגר לפני העבודה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להקריא את הקטע הנבחר בקול ולעבוד עם פחות אפשרויות בכל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למתקדמים אפשר להרחיב את חלק הכתיבה לכדי תשובת השוואה מלאה בנוסח בגרות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הקצר – מבט מנקודת תצפית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נתרגל סיפור קצר בשם 'פת לחם'. נלמד מה זה מספר מבוגר שמספר על עצמו כשהיה ילד, ומה זה נקודת מבט.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בגוף ראשון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בתוך הסיפור שמספרת 'אני' על מה שקרה 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מבוגר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שמסתכל אחורה על אירוע מילדותו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תצפית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או הדמות שדרכם אנחנו רואים את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רגש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פנימית של דמות, כמו פחד, בושה או שמחה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פרט מקום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של המקום שבו מתרחש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כותרת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השם של היצירה, לעיתים יש לו משמעות נוספת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שאלת מידע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שהתשובה עליה נמצאת ישירות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פרשנית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שדורשת הסבר ומסקנה אישית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סוג מספר יש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 שמספר בזמן ההווה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מבוגר שמסתכל אחורה על ילדותו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כל יודע מבחוץ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דמות שלא משתתפת בעלילה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מסמנים בצבע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שמות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רגשות הנער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תאריכים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מספרי 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מסמנים בצבע השני?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רגשות הנער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פרטי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דיאלוגים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שמות 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שני מושגים לומדים?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חריזה ומשקל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בגוף ראשון מבוגר ונקודת תצפית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דמות ועלילה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משל ונמשל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השאלה המרכזית של השיעור?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כותבים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רגע קטן חושף עולם של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איך בונים עלילה ארוכה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ההבדל בין פרוזה לשירה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שורות כותבים?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2-3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8-10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שורה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העבודה על השאלות במדרג נעשית ביחידים, בלי שותף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היציאה כולל שאלה על חשיבות פרוסת הלחם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חנ״מ מקצרים את הקריאה לקטע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מתקדמים מבקשים לקצר את התשובה הפרשנית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הכתיבה האישית נעשית מנקודת התצפית של הנער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זוג צריך למצוא משפט שמוכיח שהמספר מבוגר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בשלב הפתיחה המורה כותב/ת על הלוח את המילים '__________'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מספר שמסתכל אחורה על אירוע מילדותו נקרא מספר בגוף ראשון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כרטיס היציאה שואל מה הפך את פרוסת ה__________ לרגע חשוב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בשלב הקריאה המודרכת קוראים את הסיפור '__________'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עולים מכינים מראש מילון של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השאלה הפרשנית בשלב השאלות במדרג עוסקת במשמעות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שלב למטרתו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עבודה בזוגות על מידע ופרשנות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קריאה מודרכת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שאלה פותחת על רגע אחד שמשנה 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שאלות במדרג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כתיבה מנקודת מבט הנערה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מונחים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סימון רגשות ופרטי מקום בצבעים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כתיבה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כרטיס יציאה ומונח ספרותי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סיכום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הבנת מספר מבוגר ונקודת תצפית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השלבים הנכון בשיעור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מודרכת וסימון בצבעים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יציאה וסיכום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עם השאלה על רגע אחד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אישית מנקודת מבט הנערה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על מספר מבוגר ונקודת תצפית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בזוגות על שאלות במדרג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8-10 שורות המתארות סצנה במגרש מנקודת התצפית של הנערה, כפי שנדרש בשיעור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מספר צעיר למספר מבוגר שמספר על עברו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הפך את פרוסת הלחם לרגע חשוב בסיפור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מונח ספרותי אחד שלמדתם היום והסבירו אותו במשפט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מספר רגיל למספר בגוף ראשון מבוגר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הסיפור הקצר – מבט מנקודת תצפית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