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הקצר – מבט מנקודת תצפית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מספר בגוף ראשון מבוגר ומהי נקודת תצפית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רגשות ופרטי מקום בסיפור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מנקודת מבט של דמות אחרת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מבוגר שמסתכל אחורה על ילדותו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רגשות הנער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פרטי 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העבודה נעשית בזוגות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בשלב הסיכום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בהתאמות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רגע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שלב למטרתו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(שאלה פותחת על רגע אחד שמשנה 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(סימון רגשות ופרטי מקום בצבעים)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(עבודה בזוגות על מידע ופרשנות)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(הבנת מספר מבוגר ונקודת תצפית)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השלבים הנכון בשיעור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עם השאלה על רגע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קריאה מודרכת וסימון בצבעים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עבודה בזוגות על שאלות במדרג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הסבר על מספר מבוגר ונקודת תצפית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שימוש בגוף ראשון, תיאור רגשות ופרטי מקום, ועקביות עם נקודת המבט של הנערה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שמקשרת בין פרט קטן למשמעות רגשית או סמלית גדולה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של מספר מבוגר או נקודת תצפית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שהמספר המבוגר מוסיף פרספקטיבה של זמן ורגש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להקדיש זמן נוסף לדוגמה משותפת של משפט שמוכיח מספר מבוגר לפני העבודה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מומלץ להקריא את הקטע הנבחר בקול ולעבוד עם פחות אפשרויות בכל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למתקדמים אפשר להרחיב את חלק הכתיבה לכדי תשובת השוואה מלאה בנוסח בגרות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הקצר – מבט מנקודת תצפית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הזה למדנו על הסיפור הקצר 'פת לחם' ועל הדרך שבה רגע אחד קטן חושף עולם שלם של דמות. נתרגל את המונחים מספר מבוגר ונקודת תצפית.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מבוגר  ·  לחם  ·  רגע אחד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המספר ב'פת לחם' הוא לפי המערך?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ילד שמספר בזמן ההווה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מבוגר שמסתכל אחורה על ילדותו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מספר כל יודע מבחוץ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התלמידים מסמנים בקריאה המודרכת בצבע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שמות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רגשות הנער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תאריכים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מסמנים בצבע השני?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רגשות הנער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פרטי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דיאלוגים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העבודה על השאלות במדרג נעשית ביחידים, בלי שותף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כרטיס היציאה כולל שאלה על חשיבות פרוסת הלחם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במסלול חנ״מ מקצרים את הקריאה לקטע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בשלב הפתיחה המורה כותב/ת על הלוח את המילים '__________'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מספר שמסתכל אחורה על אירוע מילדותו נקרא מספר בגוף ראשון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כרטיס היציאה שואל מה הפך את פרוסת ה__________ לרגע חשוב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שלב למטרתו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עבודה בזוגות על מידע ופרשנות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קריאה מודרכת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שאלה פותחת על רגע אחד שמשנה 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שאלות במדרג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הבנת מספר מבוגר ונקודת תצפית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מונחים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סימון רגשות ופרטי מקום בצבעים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השלבים הנכון בשיעור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הסבר על מספר מבוגר ונקודת תצפית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עבודה בזוגות על שאלות במדרג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פתיחה עם השאלה על רגע אחד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קריאה מודרכת וסימון בצבעים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8-10 שורות המתארות סצנה במגרש מנקודת התצפית של הנערה, כפי שנדרש בשיעור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הפך את פרוסת הלחם לרגע חשוב בסיפור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מונח ספרותי אחד שלמדתם היום והסבירו אותו במשפט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הסיפור הקצר – מבט מנקודת תצפית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